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1C6D0" w14:textId="1708FD50" w:rsidR="00F325E2" w:rsidRPr="00277A0C" w:rsidRDefault="00EE5D85">
      <w:pPr>
        <w:shd w:val="clear" w:color="auto" w:fill="2E4057"/>
        <w:jc w:val="center"/>
        <w:rPr>
          <w:lang w:val="es-ES"/>
        </w:rPr>
      </w:pPr>
      <w:r w:rsidRPr="00277A0C">
        <w:rPr>
          <w:rFonts w:ascii="Arial" w:hAnsi="Arial"/>
          <w:b/>
          <w:color w:val="FFFFFF"/>
          <w:sz w:val="24"/>
          <w:lang w:val="es-ES"/>
        </w:rPr>
        <w:t>UNIVERSIDAD DE LA CIÉNEGA DEL ESTADO DE MICHOACÁN DE OCAMPO</w:t>
      </w:r>
    </w:p>
    <w:p w14:paraId="3BC4FC78" w14:textId="77777777" w:rsidR="00F325E2" w:rsidRPr="00277A0C" w:rsidRDefault="00EE5D85">
      <w:pPr>
        <w:shd w:val="clear" w:color="auto" w:fill="4A7C9E"/>
        <w:jc w:val="center"/>
        <w:rPr>
          <w:lang w:val="es-ES"/>
        </w:rPr>
      </w:pPr>
      <w:r w:rsidRPr="00277A0C">
        <w:rPr>
          <w:rFonts w:ascii="Arial" w:hAnsi="Arial"/>
          <w:b/>
          <w:color w:val="FFFFFF"/>
          <w:lang w:val="es-ES"/>
        </w:rPr>
        <w:t>CONVOCATORIA DE PUBLICACIONES 2026</w:t>
      </w:r>
    </w:p>
    <w:p w14:paraId="0F165872" w14:textId="77777777" w:rsidR="00F325E2" w:rsidRPr="00277A0C" w:rsidRDefault="00F325E2">
      <w:pPr>
        <w:rPr>
          <w:lang w:val="es-ES"/>
        </w:rPr>
      </w:pPr>
    </w:p>
    <w:p w14:paraId="674BC083" w14:textId="77777777" w:rsidR="00F325E2" w:rsidRPr="00277A0C" w:rsidRDefault="00EE5D85">
      <w:pPr>
        <w:jc w:val="center"/>
        <w:rPr>
          <w:lang w:val="es-ES"/>
        </w:rPr>
      </w:pPr>
      <w:r w:rsidRPr="00277A0C">
        <w:rPr>
          <w:rFonts w:ascii="Arial" w:hAnsi="Arial"/>
          <w:b/>
          <w:color w:val="2E4057"/>
          <w:sz w:val="28"/>
          <w:lang w:val="es-ES"/>
        </w:rPr>
        <w:t>FORMATO 3</w:t>
      </w:r>
    </w:p>
    <w:p w14:paraId="60255D25" w14:textId="77777777" w:rsidR="00F325E2" w:rsidRPr="00277A0C" w:rsidRDefault="00EE5D85">
      <w:pPr>
        <w:jc w:val="center"/>
        <w:rPr>
          <w:lang w:val="es-ES"/>
        </w:rPr>
      </w:pPr>
      <w:r w:rsidRPr="00277A0C">
        <w:rPr>
          <w:rFonts w:ascii="Arial" w:hAnsi="Arial"/>
          <w:b/>
          <w:color w:val="4A7C9E"/>
          <w:sz w:val="24"/>
          <w:lang w:val="es-ES"/>
        </w:rPr>
        <w:t>CARTA DE CESIÓN DE DERECHOS PATRIMONIALES DE AUTOR/A</w:t>
      </w:r>
      <w:r w:rsidRPr="00277A0C">
        <w:rPr>
          <w:rFonts w:ascii="Arial" w:hAnsi="Arial"/>
          <w:b/>
          <w:color w:val="4A7C9E"/>
          <w:sz w:val="24"/>
          <w:lang w:val="es-ES"/>
        </w:rPr>
        <w:br/>
        <w:t>(AUTORES/AS DE CAPÍTULOS EN OBRA MULTIAUTORAL / COORDINADA O COMPILADA)</w:t>
      </w:r>
    </w:p>
    <w:p w14:paraId="14734270" w14:textId="77777777" w:rsidR="00F325E2" w:rsidRPr="00277A0C" w:rsidRDefault="00F325E2">
      <w:pPr>
        <w:rPr>
          <w:lang w:val="es-ES"/>
        </w:rPr>
      </w:pPr>
    </w:p>
    <w:p w14:paraId="24C88F0B" w14:textId="77777777" w:rsidR="00F325E2" w:rsidRPr="00277A0C" w:rsidRDefault="00EE5D85">
      <w:pPr>
        <w:jc w:val="right"/>
        <w:rPr>
          <w:lang w:val="es-ES"/>
        </w:rPr>
      </w:pPr>
      <w:r w:rsidRPr="00277A0C">
        <w:rPr>
          <w:rFonts w:ascii="Arial" w:hAnsi="Arial"/>
          <w:lang w:val="es-ES"/>
        </w:rPr>
        <w:t>Sahuayo, Michoacán, a _____ de __________________ de 2026</w:t>
      </w:r>
    </w:p>
    <w:p w14:paraId="3D244FFE" w14:textId="77777777" w:rsidR="00F325E2" w:rsidRPr="00277A0C" w:rsidRDefault="00F325E2">
      <w:pPr>
        <w:rPr>
          <w:lang w:val="es-ES"/>
        </w:rPr>
      </w:pPr>
    </w:p>
    <w:p w14:paraId="351DA98D" w14:textId="77777777" w:rsidR="00F325E2" w:rsidRPr="00277A0C" w:rsidRDefault="00EE5D85">
      <w:pPr>
        <w:rPr>
          <w:lang w:val="es-ES"/>
        </w:rPr>
      </w:pPr>
      <w:r w:rsidRPr="00277A0C">
        <w:rPr>
          <w:rFonts w:ascii="Arial" w:hAnsi="Arial"/>
          <w:b/>
          <w:lang w:val="es-ES"/>
        </w:rPr>
        <w:t>Consejo Editorial</w:t>
      </w:r>
      <w:r w:rsidRPr="00277A0C">
        <w:rPr>
          <w:rFonts w:ascii="Arial" w:hAnsi="Arial"/>
          <w:b/>
          <w:lang w:val="es-ES"/>
        </w:rPr>
        <w:br/>
        <w:t>Universidad de la Ciénega del Estado de Michoacán de Ocampo</w:t>
      </w:r>
      <w:r w:rsidRPr="00277A0C">
        <w:rPr>
          <w:rFonts w:ascii="Arial" w:hAnsi="Arial"/>
          <w:b/>
          <w:lang w:val="es-ES"/>
        </w:rPr>
        <w:br/>
        <w:t>Presente</w:t>
      </w:r>
    </w:p>
    <w:p w14:paraId="4DFE5DBD" w14:textId="77777777" w:rsidR="00F325E2" w:rsidRPr="00277A0C" w:rsidRDefault="00F325E2">
      <w:pPr>
        <w:rPr>
          <w:lang w:val="es-ES"/>
        </w:rPr>
      </w:pPr>
    </w:p>
    <w:p w14:paraId="325EFB7F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lang w:val="es-ES"/>
        </w:rPr>
        <w:t>Por medio de la presente, quien suscribe, en calidad de autor/a del capítulo o texto titulado:</w:t>
      </w:r>
    </w:p>
    <w:p w14:paraId="00E2F6D4" w14:textId="77777777" w:rsidR="00F325E2" w:rsidRPr="00277A0C" w:rsidRDefault="00EE5D85">
      <w:pPr>
        <w:jc w:val="center"/>
        <w:rPr>
          <w:lang w:val="es-ES"/>
        </w:rPr>
      </w:pPr>
      <w:r w:rsidRPr="00277A0C">
        <w:rPr>
          <w:rFonts w:ascii="Arial" w:hAnsi="Arial"/>
          <w:b/>
          <w:i/>
          <w:lang w:val="es-ES"/>
        </w:rPr>
        <w:t>"_____________________________________________________________"</w:t>
      </w:r>
    </w:p>
    <w:p w14:paraId="1E23E5A1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lang w:val="es-ES"/>
        </w:rPr>
        <w:t>incluido en la obra coordinada/compilada titulada:</w:t>
      </w:r>
    </w:p>
    <w:p w14:paraId="622D1752" w14:textId="77777777" w:rsidR="00F325E2" w:rsidRPr="00277A0C" w:rsidRDefault="00EE5D85">
      <w:pPr>
        <w:jc w:val="center"/>
        <w:rPr>
          <w:lang w:val="es-ES"/>
        </w:rPr>
      </w:pPr>
      <w:r w:rsidRPr="00277A0C">
        <w:rPr>
          <w:rFonts w:ascii="Arial" w:hAnsi="Arial"/>
          <w:b/>
          <w:i/>
          <w:lang w:val="es-ES"/>
        </w:rPr>
        <w:t>"_____________________________________________________________"</w:t>
      </w:r>
    </w:p>
    <w:p w14:paraId="76E49537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lang w:val="es-ES"/>
        </w:rPr>
        <w:t xml:space="preserve">coordinada/compilada por: </w:t>
      </w:r>
      <w:r w:rsidRPr="00277A0C">
        <w:rPr>
          <w:rFonts w:ascii="Arial" w:hAnsi="Arial"/>
          <w:b/>
          <w:lang w:val="es-ES"/>
        </w:rPr>
        <w:t>_______________________________________________</w:t>
      </w:r>
    </w:p>
    <w:p w14:paraId="3A3D6135" w14:textId="77777777" w:rsidR="00F325E2" w:rsidRPr="00277A0C" w:rsidRDefault="00F325E2">
      <w:pPr>
        <w:rPr>
          <w:lang w:val="es-ES"/>
        </w:rPr>
      </w:pPr>
    </w:p>
    <w:p w14:paraId="5FC6FC41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lang w:val="es-ES"/>
        </w:rPr>
        <w:t xml:space="preserve">manifiesto que el texto de mi autoría es original e inédito, que no se encuentra sometido simultáneamente a evaluación en otra editorial y que se respetan los derechos de autor de las fuentes citadas. En virtud de lo anterior, y en el marco de la </w:t>
      </w:r>
      <w:r w:rsidRPr="00277A0C">
        <w:rPr>
          <w:rFonts w:ascii="Arial" w:hAnsi="Arial"/>
          <w:b/>
          <w:lang w:val="es-ES"/>
        </w:rPr>
        <w:t>Convocatoria de Publicaciones 2026</w:t>
      </w:r>
      <w:r w:rsidRPr="00277A0C">
        <w:rPr>
          <w:rFonts w:ascii="Arial" w:hAnsi="Arial"/>
          <w:lang w:val="es-ES"/>
        </w:rPr>
        <w:t xml:space="preserve">, cedo de manera gratuita y con carácter exclusivo a la </w:t>
      </w:r>
      <w:r w:rsidRPr="00277A0C">
        <w:rPr>
          <w:rFonts w:ascii="Arial" w:hAnsi="Arial"/>
          <w:b/>
          <w:lang w:val="es-ES"/>
        </w:rPr>
        <w:t>Universidad de la Ciénega del Estado de Michoacán de Ocampo (UCEMICH)</w:t>
      </w:r>
      <w:r w:rsidRPr="00277A0C">
        <w:rPr>
          <w:rFonts w:ascii="Arial" w:hAnsi="Arial"/>
          <w:lang w:val="es-ES"/>
        </w:rPr>
        <w:t>, los derechos patrimoniales sobre el texto antes referido, incluyendo los derechos de reproducción, distribución, comunicación pública y transformación, en cualquier formato impreso o digital, por el tiempo que establezca la legislación vigente en materia de derechos de autor.</w:t>
      </w:r>
    </w:p>
    <w:p w14:paraId="6FC826D2" w14:textId="77777777" w:rsidR="00F325E2" w:rsidRPr="00277A0C" w:rsidRDefault="00F325E2">
      <w:pPr>
        <w:rPr>
          <w:lang w:val="es-ES"/>
        </w:rPr>
      </w:pPr>
    </w:p>
    <w:p w14:paraId="6C8644FE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lang w:val="es-ES"/>
        </w:rPr>
        <w:lastRenderedPageBreak/>
        <w:t xml:space="preserve">La presente cesión se realiza de conformidad con lo dispuesto en la </w:t>
      </w:r>
      <w:r w:rsidRPr="00277A0C">
        <w:rPr>
          <w:rFonts w:ascii="Arial" w:hAnsi="Arial"/>
          <w:i/>
          <w:lang w:val="es-ES"/>
        </w:rPr>
        <w:t>Ley Federal del Derecho de Autor</w:t>
      </w:r>
      <w:r w:rsidRPr="00277A0C">
        <w:rPr>
          <w:rFonts w:ascii="Arial" w:hAnsi="Arial"/>
          <w:lang w:val="es-ES"/>
        </w:rPr>
        <w:t xml:space="preserve"> y demás disposiciones legales aplicables. Asimismo, declaro no haber cedido previamente estos derechos a ninguna otra institución o editorial.</w:t>
      </w:r>
    </w:p>
    <w:p w14:paraId="7611A41B" w14:textId="77777777" w:rsidR="00F325E2" w:rsidRPr="00277A0C" w:rsidRDefault="00F325E2">
      <w:pPr>
        <w:rPr>
          <w:lang w:val="es-ES"/>
        </w:rPr>
      </w:pPr>
    </w:p>
    <w:p w14:paraId="1DD185F0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lang w:val="es-ES"/>
        </w:rPr>
        <w:t>Me reservo el derecho moral sobre el texto, incluyendo el reconocimiento de la autoría y la integridad del mismo, de conformidad con la legislación aplicable.</w:t>
      </w:r>
    </w:p>
    <w:p w14:paraId="0A0C11D8" w14:textId="77777777" w:rsidR="00F325E2" w:rsidRPr="00277A0C" w:rsidRDefault="00F325E2">
      <w:pPr>
        <w:rPr>
          <w:lang w:val="es-ES"/>
        </w:rPr>
      </w:pPr>
    </w:p>
    <w:p w14:paraId="0C155427" w14:textId="77777777" w:rsidR="00F325E2" w:rsidRPr="00277A0C" w:rsidRDefault="00EE5D85">
      <w:pPr>
        <w:rPr>
          <w:lang w:val="es-ES"/>
        </w:rPr>
      </w:pPr>
      <w:r w:rsidRPr="00277A0C">
        <w:rPr>
          <w:rFonts w:ascii="Arial" w:hAnsi="Arial"/>
          <w:b/>
          <w:color w:val="2E4057"/>
          <w:lang w:val="es-ES"/>
        </w:rPr>
        <w:t>DATOS DEL/LA AUTOR/A DEL CAPÍTULO</w:t>
      </w:r>
    </w:p>
    <w:tbl>
      <w:tblPr>
        <w:tblStyle w:val="Tablaconcuadrcula"/>
        <w:tblW w:w="0" w:type="auto"/>
        <w:tblBorders>
          <w:top w:val="single" w:sz="4" w:space="0" w:color="2E4057"/>
          <w:left w:val="single" w:sz="4" w:space="0" w:color="2E4057"/>
          <w:bottom w:val="single" w:sz="4" w:space="0" w:color="2E4057"/>
          <w:right w:val="single" w:sz="4" w:space="0" w:color="2E4057"/>
          <w:insideH w:val="single" w:sz="4" w:space="0" w:color="2E4057"/>
          <w:insideV w:val="single" w:sz="4" w:space="0" w:color="2E4057"/>
        </w:tblBorders>
        <w:tblLook w:val="04A0" w:firstRow="1" w:lastRow="0" w:firstColumn="1" w:lastColumn="0" w:noHBand="0" w:noVBand="1"/>
      </w:tblPr>
      <w:tblGrid>
        <w:gridCol w:w="4419"/>
        <w:gridCol w:w="4419"/>
      </w:tblGrid>
      <w:tr w:rsidR="00F325E2" w14:paraId="0A972FB7" w14:textId="77777777">
        <w:tc>
          <w:tcPr>
            <w:tcW w:w="4419" w:type="dxa"/>
            <w:shd w:val="clear" w:color="auto" w:fill="EAF0F6"/>
          </w:tcPr>
          <w:p w14:paraId="294A16FD" w14:textId="77777777" w:rsidR="00F325E2" w:rsidRDefault="00EE5D85">
            <w:r>
              <w:rPr>
                <w:rFonts w:ascii="Arial" w:hAnsi="Arial"/>
                <w:b/>
                <w:sz w:val="20"/>
              </w:rPr>
              <w:t>Nombre completo:</w:t>
            </w:r>
          </w:p>
        </w:tc>
        <w:tc>
          <w:tcPr>
            <w:tcW w:w="4419" w:type="dxa"/>
          </w:tcPr>
          <w:p w14:paraId="1A60B1F1" w14:textId="77777777" w:rsidR="00F325E2" w:rsidRDefault="00F325E2"/>
        </w:tc>
      </w:tr>
      <w:tr w:rsidR="00F325E2" w14:paraId="38B53997" w14:textId="77777777">
        <w:tc>
          <w:tcPr>
            <w:tcW w:w="4419" w:type="dxa"/>
            <w:shd w:val="clear" w:color="auto" w:fill="EAF0F6"/>
          </w:tcPr>
          <w:p w14:paraId="650E25B1" w14:textId="77777777" w:rsidR="00F325E2" w:rsidRDefault="00EE5D85">
            <w:r>
              <w:rPr>
                <w:rFonts w:ascii="Arial" w:hAnsi="Arial"/>
                <w:b/>
                <w:sz w:val="20"/>
              </w:rPr>
              <w:t>Número de personal / RFC:</w:t>
            </w:r>
          </w:p>
        </w:tc>
        <w:tc>
          <w:tcPr>
            <w:tcW w:w="4419" w:type="dxa"/>
          </w:tcPr>
          <w:p w14:paraId="6AC8E990" w14:textId="77777777" w:rsidR="00F325E2" w:rsidRDefault="00F325E2"/>
        </w:tc>
      </w:tr>
      <w:tr w:rsidR="00F325E2" w14:paraId="21BECB62" w14:textId="77777777">
        <w:tc>
          <w:tcPr>
            <w:tcW w:w="4419" w:type="dxa"/>
            <w:shd w:val="clear" w:color="auto" w:fill="EAF0F6"/>
          </w:tcPr>
          <w:p w14:paraId="1B6F2E80" w14:textId="77777777" w:rsidR="00F325E2" w:rsidRDefault="00EE5D85">
            <w:r>
              <w:rPr>
                <w:rFonts w:ascii="Arial" w:hAnsi="Arial"/>
                <w:b/>
                <w:sz w:val="20"/>
              </w:rPr>
              <w:t>Institución de adscripción:</w:t>
            </w:r>
          </w:p>
        </w:tc>
        <w:tc>
          <w:tcPr>
            <w:tcW w:w="4419" w:type="dxa"/>
          </w:tcPr>
          <w:p w14:paraId="13579368" w14:textId="77777777" w:rsidR="00F325E2" w:rsidRDefault="00F325E2"/>
        </w:tc>
      </w:tr>
      <w:tr w:rsidR="00F325E2" w14:paraId="00E9A64B" w14:textId="77777777">
        <w:tc>
          <w:tcPr>
            <w:tcW w:w="4419" w:type="dxa"/>
            <w:shd w:val="clear" w:color="auto" w:fill="EAF0F6"/>
          </w:tcPr>
          <w:p w14:paraId="2F8D36D5" w14:textId="77777777" w:rsidR="00F325E2" w:rsidRDefault="00EE5D85">
            <w:r>
              <w:rPr>
                <w:rFonts w:ascii="Arial" w:hAnsi="Arial"/>
                <w:b/>
                <w:sz w:val="20"/>
              </w:rPr>
              <w:t>Correo electrónico:</w:t>
            </w:r>
          </w:p>
        </w:tc>
        <w:tc>
          <w:tcPr>
            <w:tcW w:w="4419" w:type="dxa"/>
          </w:tcPr>
          <w:p w14:paraId="577D671D" w14:textId="77777777" w:rsidR="00F325E2" w:rsidRDefault="00F325E2"/>
        </w:tc>
      </w:tr>
      <w:tr w:rsidR="00F325E2" w14:paraId="1C49A21C" w14:textId="77777777">
        <w:tc>
          <w:tcPr>
            <w:tcW w:w="4419" w:type="dxa"/>
            <w:shd w:val="clear" w:color="auto" w:fill="EAF0F6"/>
          </w:tcPr>
          <w:p w14:paraId="1E9D4E29" w14:textId="77777777" w:rsidR="00F325E2" w:rsidRDefault="00EE5D85">
            <w:r>
              <w:rPr>
                <w:rFonts w:ascii="Arial" w:hAnsi="Arial"/>
                <w:b/>
                <w:sz w:val="20"/>
              </w:rPr>
              <w:t>Teléfono de contacto:</w:t>
            </w:r>
          </w:p>
        </w:tc>
        <w:tc>
          <w:tcPr>
            <w:tcW w:w="4419" w:type="dxa"/>
          </w:tcPr>
          <w:p w14:paraId="13CC363E" w14:textId="77777777" w:rsidR="00F325E2" w:rsidRDefault="00F325E2"/>
        </w:tc>
      </w:tr>
      <w:tr w:rsidR="00F325E2" w14:paraId="4648D02A" w14:textId="77777777">
        <w:tc>
          <w:tcPr>
            <w:tcW w:w="4419" w:type="dxa"/>
            <w:shd w:val="clear" w:color="auto" w:fill="EAF0F6"/>
          </w:tcPr>
          <w:p w14:paraId="4FDCC322" w14:textId="77777777" w:rsidR="00F325E2" w:rsidRDefault="00EE5D85">
            <w:r>
              <w:rPr>
                <w:rFonts w:ascii="Arial" w:hAnsi="Arial"/>
                <w:b/>
                <w:sz w:val="20"/>
              </w:rPr>
              <w:t>Título del capítulo/texto:</w:t>
            </w:r>
          </w:p>
        </w:tc>
        <w:tc>
          <w:tcPr>
            <w:tcW w:w="4419" w:type="dxa"/>
          </w:tcPr>
          <w:p w14:paraId="6336BEF6" w14:textId="77777777" w:rsidR="00F325E2" w:rsidRDefault="00F325E2"/>
        </w:tc>
      </w:tr>
      <w:tr w:rsidR="00F325E2" w:rsidRPr="00277A0C" w14:paraId="3A8498F0" w14:textId="77777777">
        <w:tc>
          <w:tcPr>
            <w:tcW w:w="4419" w:type="dxa"/>
            <w:shd w:val="clear" w:color="auto" w:fill="EAF0F6"/>
          </w:tcPr>
          <w:p w14:paraId="7266AB34" w14:textId="77777777" w:rsidR="00F325E2" w:rsidRPr="00277A0C" w:rsidRDefault="00EE5D85">
            <w:pPr>
              <w:rPr>
                <w:lang w:val="es-ES"/>
              </w:rPr>
            </w:pPr>
            <w:r w:rsidRPr="00277A0C">
              <w:rPr>
                <w:rFonts w:ascii="Arial" w:hAnsi="Arial"/>
                <w:b/>
                <w:sz w:val="20"/>
                <w:lang w:val="es-ES"/>
              </w:rPr>
              <w:t>Título de la obra coordinada/compilada:</w:t>
            </w:r>
          </w:p>
        </w:tc>
        <w:tc>
          <w:tcPr>
            <w:tcW w:w="4419" w:type="dxa"/>
          </w:tcPr>
          <w:p w14:paraId="67C2E2D3" w14:textId="77777777" w:rsidR="00F325E2" w:rsidRPr="00277A0C" w:rsidRDefault="00F325E2">
            <w:pPr>
              <w:rPr>
                <w:lang w:val="es-ES"/>
              </w:rPr>
            </w:pPr>
          </w:p>
        </w:tc>
      </w:tr>
    </w:tbl>
    <w:p w14:paraId="0BEBF254" w14:textId="77777777" w:rsidR="00F325E2" w:rsidRPr="00277A0C" w:rsidRDefault="00F325E2">
      <w:pPr>
        <w:rPr>
          <w:lang w:val="es-ES"/>
        </w:rPr>
      </w:pPr>
    </w:p>
    <w:p w14:paraId="75BC2A66" w14:textId="77777777" w:rsidR="00F325E2" w:rsidRPr="00277A0C" w:rsidRDefault="00EE5D85">
      <w:pPr>
        <w:rPr>
          <w:lang w:val="es-ES"/>
        </w:rPr>
      </w:pPr>
      <w:r w:rsidRPr="00277A0C">
        <w:rPr>
          <w:rFonts w:ascii="Arial" w:hAnsi="Arial"/>
          <w:b/>
          <w:color w:val="2E4057"/>
          <w:lang w:val="es-ES"/>
        </w:rPr>
        <w:t>FIRMA DEL/LA AUTOR/A DEL CAPÍTULO</w:t>
      </w:r>
    </w:p>
    <w:p w14:paraId="4EB37980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sz w:val="18"/>
          <w:lang w:val="es-ES"/>
        </w:rPr>
        <w:t xml:space="preserve">Los documentos que requieran ser firmados deberán ser impresos, rubricados con tinta azul, escaneados y enviados al correo </w:t>
      </w:r>
      <w:r w:rsidRPr="00277A0C">
        <w:rPr>
          <w:rFonts w:ascii="Arial" w:hAnsi="Arial"/>
          <w:b/>
          <w:sz w:val="18"/>
          <w:lang w:val="es-ES"/>
        </w:rPr>
        <w:t>consejoeditorial@ucemich.edu.mx</w:t>
      </w:r>
      <w:r w:rsidRPr="00277A0C">
        <w:rPr>
          <w:rFonts w:ascii="Arial" w:hAnsi="Arial"/>
          <w:sz w:val="18"/>
          <w:lang w:val="es-ES"/>
        </w:rPr>
        <w:t xml:space="preserve"> con copia a </w:t>
      </w:r>
      <w:r w:rsidRPr="00277A0C">
        <w:rPr>
          <w:rFonts w:ascii="Arial" w:hAnsi="Arial"/>
          <w:b/>
          <w:sz w:val="18"/>
          <w:lang w:val="es-ES"/>
        </w:rPr>
        <w:t>s.academica@ucemich.edu.mx</w:t>
      </w:r>
    </w:p>
    <w:p w14:paraId="5648F34C" w14:textId="77777777" w:rsidR="00F325E2" w:rsidRPr="00277A0C" w:rsidRDefault="00F325E2">
      <w:pPr>
        <w:rPr>
          <w:lang w:val="es-ES"/>
        </w:rPr>
      </w:pPr>
    </w:p>
    <w:tbl>
      <w:tblPr>
        <w:tblStyle w:val="Tablaconcuadrcula"/>
        <w:tblW w:w="0" w:type="auto"/>
        <w:tblBorders>
          <w:top w:val="single" w:sz="4" w:space="0" w:color="2E4057"/>
          <w:left w:val="single" w:sz="4" w:space="0" w:color="2E4057"/>
          <w:bottom w:val="single" w:sz="4" w:space="0" w:color="2E4057"/>
          <w:right w:val="single" w:sz="4" w:space="0" w:color="2E4057"/>
          <w:insideH w:val="single" w:sz="4" w:space="0" w:color="2E4057"/>
          <w:insideV w:val="single" w:sz="4" w:space="0" w:color="2E4057"/>
        </w:tblBorders>
        <w:tblLook w:val="04A0" w:firstRow="1" w:lastRow="0" w:firstColumn="1" w:lastColumn="0" w:noHBand="0" w:noVBand="1"/>
      </w:tblPr>
      <w:tblGrid>
        <w:gridCol w:w="4443"/>
        <w:gridCol w:w="4443"/>
      </w:tblGrid>
      <w:tr w:rsidR="00F325E2" w14:paraId="34492B21" w14:textId="77777777">
        <w:tc>
          <w:tcPr>
            <w:tcW w:w="4419" w:type="dxa"/>
            <w:shd w:val="clear" w:color="auto" w:fill="F8F9FA"/>
          </w:tcPr>
          <w:p w14:paraId="47AA959B" w14:textId="77777777" w:rsidR="00F325E2" w:rsidRDefault="00EE5D85">
            <w:pPr>
              <w:jc w:val="center"/>
            </w:pPr>
            <w:r>
              <w:rPr>
                <w:rFonts w:ascii="Arial" w:hAnsi="Arial"/>
                <w:sz w:val="20"/>
              </w:rPr>
              <w:t>______________________________________</w:t>
            </w:r>
          </w:p>
        </w:tc>
        <w:tc>
          <w:tcPr>
            <w:tcW w:w="4419" w:type="dxa"/>
            <w:shd w:val="clear" w:color="auto" w:fill="F8F9FA"/>
          </w:tcPr>
          <w:p w14:paraId="763A43D5" w14:textId="77777777" w:rsidR="00F325E2" w:rsidRDefault="00EE5D85">
            <w:pPr>
              <w:jc w:val="center"/>
            </w:pPr>
            <w:r>
              <w:rPr>
                <w:rFonts w:ascii="Arial" w:hAnsi="Arial"/>
                <w:sz w:val="20"/>
              </w:rPr>
              <w:t>______________________________________</w:t>
            </w:r>
          </w:p>
        </w:tc>
      </w:tr>
      <w:tr w:rsidR="00F325E2" w14:paraId="6C20E10B" w14:textId="77777777">
        <w:tc>
          <w:tcPr>
            <w:tcW w:w="4419" w:type="dxa"/>
          </w:tcPr>
          <w:p w14:paraId="76086847" w14:textId="77777777" w:rsidR="00F325E2" w:rsidRDefault="00EE5D85">
            <w:pPr>
              <w:jc w:val="center"/>
            </w:pPr>
            <w:r>
              <w:rPr>
                <w:rFonts w:ascii="Arial" w:hAnsi="Arial"/>
                <w:b/>
                <w:sz w:val="20"/>
              </w:rPr>
              <w:t>Nombre: ________________________________</w:t>
            </w:r>
          </w:p>
        </w:tc>
        <w:tc>
          <w:tcPr>
            <w:tcW w:w="4419" w:type="dxa"/>
          </w:tcPr>
          <w:p w14:paraId="3B955D16" w14:textId="77777777" w:rsidR="00F325E2" w:rsidRDefault="00EE5D85">
            <w:pPr>
              <w:jc w:val="center"/>
            </w:pPr>
            <w:r>
              <w:rPr>
                <w:rFonts w:ascii="Arial" w:hAnsi="Arial"/>
                <w:b/>
                <w:sz w:val="20"/>
              </w:rPr>
              <w:t>Nombre: ________________________________</w:t>
            </w:r>
          </w:p>
        </w:tc>
      </w:tr>
      <w:tr w:rsidR="00F325E2" w:rsidRPr="00277A0C" w14:paraId="241DA874" w14:textId="77777777">
        <w:tc>
          <w:tcPr>
            <w:tcW w:w="4419" w:type="dxa"/>
          </w:tcPr>
          <w:p w14:paraId="44664AD9" w14:textId="77777777" w:rsidR="00F325E2" w:rsidRPr="00277A0C" w:rsidRDefault="00EE5D85">
            <w:pPr>
              <w:jc w:val="center"/>
              <w:rPr>
                <w:lang w:val="es-ES"/>
              </w:rPr>
            </w:pPr>
            <w:r w:rsidRPr="00277A0C">
              <w:rPr>
                <w:rFonts w:ascii="Arial" w:hAnsi="Arial"/>
                <w:i/>
                <w:sz w:val="18"/>
                <w:lang w:val="es-ES"/>
              </w:rPr>
              <w:t>Firma del/la Autor/a del Capítulo</w:t>
            </w:r>
          </w:p>
        </w:tc>
        <w:tc>
          <w:tcPr>
            <w:tcW w:w="4419" w:type="dxa"/>
          </w:tcPr>
          <w:p w14:paraId="2352373B" w14:textId="77777777" w:rsidR="00F325E2" w:rsidRPr="00277A0C" w:rsidRDefault="00EE5D85">
            <w:pPr>
              <w:jc w:val="center"/>
              <w:rPr>
                <w:lang w:val="es-ES"/>
              </w:rPr>
            </w:pPr>
            <w:r w:rsidRPr="00277A0C">
              <w:rPr>
                <w:rFonts w:ascii="Arial" w:hAnsi="Arial"/>
                <w:i/>
                <w:sz w:val="18"/>
                <w:lang w:val="es-ES"/>
              </w:rPr>
              <w:t>Acuse del/la Coordinador/a o Compilador/a</w:t>
            </w:r>
          </w:p>
        </w:tc>
      </w:tr>
    </w:tbl>
    <w:p w14:paraId="20D431B3" w14:textId="77777777" w:rsidR="00F325E2" w:rsidRPr="00277A0C" w:rsidRDefault="00F325E2">
      <w:pPr>
        <w:rPr>
          <w:lang w:val="es-ES"/>
        </w:rPr>
      </w:pPr>
    </w:p>
    <w:p w14:paraId="0783656A" w14:textId="77777777" w:rsidR="00F325E2" w:rsidRPr="00277A0C" w:rsidRDefault="00EE5D85">
      <w:pPr>
        <w:jc w:val="both"/>
        <w:rPr>
          <w:lang w:val="es-ES"/>
        </w:rPr>
      </w:pPr>
      <w:r w:rsidRPr="00277A0C">
        <w:rPr>
          <w:rFonts w:ascii="Arial" w:hAnsi="Arial"/>
          <w:i/>
          <w:color w:val="555555"/>
          <w:sz w:val="18"/>
          <w:lang w:val="es-ES"/>
        </w:rPr>
        <w:t>NOTA IMPORTANTE: En el caso de libros coordinados o compilados, cada autor/a de capítulo o texto incluido en la obra deberá firmar de manera individual el presente formato. El/la coordinador/a o compilador/a es responsable de recabar y remitir al Consejo Editorial todas las cartas de cesión correspondientes antes del inicio del proceso editorial.</w:t>
      </w:r>
    </w:p>
    <w:p w14:paraId="56D64EA0" w14:textId="77777777" w:rsidR="00F325E2" w:rsidRPr="00277A0C" w:rsidRDefault="00F325E2">
      <w:pPr>
        <w:rPr>
          <w:lang w:val="es-ES"/>
        </w:rPr>
      </w:pPr>
    </w:p>
    <w:p w14:paraId="76933606" w14:textId="77777777" w:rsidR="00F325E2" w:rsidRPr="00277A0C" w:rsidRDefault="00EE5D85">
      <w:pPr>
        <w:jc w:val="center"/>
        <w:rPr>
          <w:lang w:val="es-ES"/>
        </w:rPr>
      </w:pPr>
      <w:r w:rsidRPr="00277A0C">
        <w:rPr>
          <w:rFonts w:ascii="Arial" w:hAnsi="Arial"/>
          <w:i/>
          <w:color w:val="666666"/>
          <w:sz w:val="16"/>
          <w:lang w:val="es-ES"/>
        </w:rPr>
        <w:t>Consejo Editorial UCEMICH | consejoeditorial@ucemich.edu.mx | s.academica@ucemich.edu.mx</w:t>
      </w:r>
    </w:p>
    <w:sectPr w:rsidR="00F325E2" w:rsidRPr="00277A0C" w:rsidSect="00034616">
      <w:head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EFE93" w14:textId="77777777" w:rsidR="002F0F6D" w:rsidRDefault="002F0F6D" w:rsidP="00277A0C">
      <w:pPr>
        <w:spacing w:after="0" w:line="240" w:lineRule="auto"/>
      </w:pPr>
      <w:r>
        <w:separator/>
      </w:r>
    </w:p>
  </w:endnote>
  <w:endnote w:type="continuationSeparator" w:id="0">
    <w:p w14:paraId="3DB76831" w14:textId="77777777" w:rsidR="002F0F6D" w:rsidRDefault="002F0F6D" w:rsidP="00277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76908" w14:textId="77777777" w:rsidR="002F0F6D" w:rsidRDefault="002F0F6D" w:rsidP="00277A0C">
      <w:pPr>
        <w:spacing w:after="0" w:line="240" w:lineRule="auto"/>
      </w:pPr>
      <w:r>
        <w:separator/>
      </w:r>
    </w:p>
  </w:footnote>
  <w:footnote w:type="continuationSeparator" w:id="0">
    <w:p w14:paraId="73896A55" w14:textId="77777777" w:rsidR="002F0F6D" w:rsidRDefault="002F0F6D" w:rsidP="00277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C949DD" w14:textId="0610263C" w:rsidR="00C37B90" w:rsidRDefault="002F0F6D">
    <w:pPr>
      <w:pStyle w:val="Encabezado"/>
    </w:pPr>
    <w:r>
      <w:rPr>
        <w:noProof/>
      </w:rPr>
      <w:pict w14:anchorId="3052AB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1025" type="#_x0000_t75" alt="" style="position:absolute;margin-left:0;margin-top:0;width:605.6pt;height:783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  <w:p w14:paraId="53118E00" w14:textId="77777777" w:rsidR="00C37B90" w:rsidRDefault="00C37B90">
    <w:pPr>
      <w:pStyle w:val="Encabezado"/>
    </w:pPr>
  </w:p>
  <w:p w14:paraId="777E5ED8" w14:textId="77777777" w:rsidR="00C37B90" w:rsidRDefault="00C37B90">
    <w:pPr>
      <w:pStyle w:val="Encabezado"/>
    </w:pPr>
  </w:p>
  <w:p w14:paraId="6E712635" w14:textId="3F038B9F" w:rsidR="00277A0C" w:rsidRDefault="00277A0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81195968">
    <w:abstractNumId w:val="8"/>
  </w:num>
  <w:num w:numId="2" w16cid:durableId="227034561">
    <w:abstractNumId w:val="6"/>
  </w:num>
  <w:num w:numId="3" w16cid:durableId="787623491">
    <w:abstractNumId w:val="5"/>
  </w:num>
  <w:num w:numId="4" w16cid:durableId="1543440804">
    <w:abstractNumId w:val="4"/>
  </w:num>
  <w:num w:numId="5" w16cid:durableId="302657109">
    <w:abstractNumId w:val="7"/>
  </w:num>
  <w:num w:numId="6" w16cid:durableId="1639645221">
    <w:abstractNumId w:val="3"/>
  </w:num>
  <w:num w:numId="7" w16cid:durableId="692919911">
    <w:abstractNumId w:val="2"/>
  </w:num>
  <w:num w:numId="8" w16cid:durableId="721490007">
    <w:abstractNumId w:val="1"/>
  </w:num>
  <w:num w:numId="9" w16cid:durableId="13380697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77A0C"/>
    <w:rsid w:val="0029639D"/>
    <w:rsid w:val="002F0F6D"/>
    <w:rsid w:val="00326F90"/>
    <w:rsid w:val="00AA1D8D"/>
    <w:rsid w:val="00B47730"/>
    <w:rsid w:val="00C37B90"/>
    <w:rsid w:val="00CB0664"/>
    <w:rsid w:val="00EE0616"/>
    <w:rsid w:val="00EE5D85"/>
    <w:rsid w:val="00F325E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060B863"/>
  <w14:defaultImageDpi w14:val="330"/>
  <w15:docId w15:val="{3492A4F9-6567-4801-A37D-BCC38FB24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873A6D3-A1DB-4576-BCEA-308D5D310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384</Words>
  <Characters>2543</Characters>
  <Application>Microsoft Office Word</Application>
  <DocSecurity>0</DocSecurity>
  <Lines>73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2895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ANDRES RODRIGO MENDOZA BETANCOURT</cp:lastModifiedBy>
  <cp:revision>3</cp:revision>
  <cp:lastPrinted>2026-06-09T19:18:00Z</cp:lastPrinted>
  <dcterms:created xsi:type="dcterms:W3CDTF">2013-12-23T23:15:00Z</dcterms:created>
  <dcterms:modified xsi:type="dcterms:W3CDTF">2026-06-09T19:18:00Z</dcterms:modified>
  <cp:category/>
</cp:coreProperties>
</file>